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85954" w14:textId="037F0605" w:rsidR="00D11D96" w:rsidRDefault="00000000" w:rsidP="00357766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09A6A6" wp14:editId="5AED81F6">
            <wp:simplePos x="0" y="0"/>
            <wp:positionH relativeFrom="column">
              <wp:posOffset>-152400</wp:posOffset>
            </wp:positionH>
            <wp:positionV relativeFrom="paragraph">
              <wp:posOffset>-285750</wp:posOffset>
            </wp:positionV>
            <wp:extent cx="10115550" cy="14744700"/>
            <wp:effectExtent l="0" t="0" r="0" b="0"/>
            <wp:wrapTight wrapText="bothSides">
              <wp:wrapPolygon edited="0">
                <wp:start x="0" y="0"/>
                <wp:lineTo x="0" y="21572"/>
                <wp:lineTo x="21559" y="21572"/>
                <wp:lineTo x="2155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high_resolution_historical_exhibition_poster_i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115550" cy="1474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11D96" w:rsidSect="00357766">
      <w:pgSz w:w="16838" w:h="23811" w:code="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8592447">
    <w:abstractNumId w:val="8"/>
  </w:num>
  <w:num w:numId="2" w16cid:durableId="920869857">
    <w:abstractNumId w:val="6"/>
  </w:num>
  <w:num w:numId="3" w16cid:durableId="222255059">
    <w:abstractNumId w:val="5"/>
  </w:num>
  <w:num w:numId="4" w16cid:durableId="1177039409">
    <w:abstractNumId w:val="4"/>
  </w:num>
  <w:num w:numId="5" w16cid:durableId="391268607">
    <w:abstractNumId w:val="7"/>
  </w:num>
  <w:num w:numId="6" w16cid:durableId="1073311519">
    <w:abstractNumId w:val="3"/>
  </w:num>
  <w:num w:numId="7" w16cid:durableId="840048071">
    <w:abstractNumId w:val="2"/>
  </w:num>
  <w:num w:numId="8" w16cid:durableId="51511628">
    <w:abstractNumId w:val="1"/>
  </w:num>
  <w:num w:numId="9" w16cid:durableId="130943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228C"/>
    <w:rsid w:val="00326F90"/>
    <w:rsid w:val="00357766"/>
    <w:rsid w:val="00AA1D8D"/>
    <w:rsid w:val="00B47730"/>
    <w:rsid w:val="00CB0664"/>
    <w:rsid w:val="00D11D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472033"/>
  <w14:defaultImageDpi w14:val="300"/>
  <w15:docId w15:val="{01A9C6FF-D908-4558-8FA1-98B52FEA2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Kevin Murrell</cp:lastModifiedBy>
  <cp:revision>3</cp:revision>
  <cp:lastPrinted>2026-05-26T05:16:00Z</cp:lastPrinted>
  <dcterms:created xsi:type="dcterms:W3CDTF">2013-12-23T23:15:00Z</dcterms:created>
  <dcterms:modified xsi:type="dcterms:W3CDTF">2026-05-26T05:17:00Z</dcterms:modified>
  <cp:category/>
</cp:coreProperties>
</file>